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957A" w14:textId="77777777" w:rsidR="00FB3B63" w:rsidRDefault="000B7562">
      <w:pPr>
        <w:spacing w:after="40"/>
        <w:jc w:val="center"/>
      </w:pPr>
      <w:r>
        <w:rPr>
          <w:rFonts w:ascii="Arial" w:hAnsi="Arial"/>
          <w:b/>
          <w:color w:val="000000"/>
          <w:sz w:val="52"/>
        </w:rPr>
        <w:t>ROC'N BOWL CATERING</w:t>
      </w:r>
    </w:p>
    <w:p w14:paraId="21D36AA6" w14:textId="77777777" w:rsidR="00FB3B63" w:rsidRDefault="000B7562">
      <w:pPr>
        <w:spacing w:after="240"/>
        <w:jc w:val="center"/>
      </w:pPr>
      <w:r>
        <w:rPr>
          <w:rFonts w:ascii="Arial" w:hAnsi="Arial"/>
          <w:b/>
          <w:color w:val="505050"/>
          <w:sz w:val="24"/>
        </w:rPr>
        <w:t>$15 PER PERSON  |  ORDER MINIMUM: 20 PEOPLE</w:t>
      </w:r>
    </w:p>
    <w:p w14:paraId="46AF2990" w14:textId="77777777" w:rsidR="00FB3B63" w:rsidRDefault="000B7562">
      <w:pPr>
        <w:spacing w:after="240"/>
        <w:jc w:val="center"/>
      </w:pPr>
      <w:r>
        <w:rPr>
          <w:color w:val="B4B4B4"/>
        </w:rPr>
        <w:t>―――――――――――――――――――――――――――――――――――――――――――――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FB3B63" w14:paraId="20D6FE77" w14:textId="77777777">
        <w:trPr>
          <w:jc w:val="center"/>
        </w:trPr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DA4930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CLASSIC BOWL</w:t>
            </w:r>
          </w:p>
          <w:p w14:paraId="79368209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Shredded cheese, pico de gallo, pickled onion, field greens, jalapenos, &amp; olives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Choose protein: </w:t>
            </w:r>
            <w:r>
              <w:rPr>
                <w:rFonts w:ascii="Arial" w:hAnsi="Arial"/>
                <w:sz w:val="19"/>
              </w:rPr>
              <w:t>Shredded chicken, ground beef, or roasted vegetables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Base: </w:t>
            </w:r>
            <w:r>
              <w:rPr>
                <w:rFonts w:ascii="Arial" w:hAnsi="Arial"/>
                <w:sz w:val="19"/>
              </w:rPr>
              <w:t>White rice or quinoa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Sauce: </w:t>
            </w:r>
            <w:r>
              <w:rPr>
                <w:rFonts w:ascii="Arial" w:hAnsi="Arial"/>
                <w:sz w:val="19"/>
              </w:rPr>
              <w:t>Mango chutney, verde sauce, or cream sauce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Topping: </w:t>
            </w:r>
            <w:r>
              <w:rPr>
                <w:rFonts w:ascii="Arial" w:hAnsi="Arial"/>
                <w:sz w:val="19"/>
              </w:rPr>
              <w:t>Spicy crema or citrus crema</w:t>
            </w:r>
            <w:r>
              <w:rPr>
                <w:rFonts w:ascii="Arial" w:hAnsi="Arial"/>
                <w:sz w:val="19"/>
              </w:rPr>
              <w:br/>
            </w:r>
          </w:p>
        </w:tc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279E0A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PASTA BOWL</w:t>
            </w:r>
          </w:p>
          <w:p w14:paraId="79E6A864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Parmesan, basil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Choose protein: </w:t>
            </w:r>
            <w:r>
              <w:rPr>
                <w:rFonts w:ascii="Arial" w:hAnsi="Arial"/>
                <w:sz w:val="19"/>
              </w:rPr>
              <w:t>Ground beef or roasted vegetables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Noodle: </w:t>
            </w:r>
            <w:r>
              <w:rPr>
                <w:rFonts w:ascii="Arial" w:hAnsi="Arial"/>
                <w:sz w:val="19"/>
              </w:rPr>
              <w:t>Penne or macaroni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Sauce: </w:t>
            </w:r>
            <w:r>
              <w:rPr>
                <w:rFonts w:ascii="Arial" w:hAnsi="Arial"/>
                <w:sz w:val="19"/>
              </w:rPr>
              <w:t>Traditional red, pesto, creamy alfredo, classic cheese, or creamy vegan cheese</w:t>
            </w:r>
            <w:r>
              <w:rPr>
                <w:rFonts w:ascii="Arial" w:hAnsi="Arial"/>
                <w:sz w:val="19"/>
              </w:rPr>
              <w:br/>
            </w:r>
          </w:p>
        </w:tc>
      </w:tr>
      <w:tr w:rsidR="00FB3B63" w14:paraId="49A27503" w14:textId="77777777">
        <w:trPr>
          <w:jc w:val="center"/>
        </w:trPr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ECD1B3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MEDITERRANEAN BOWL</w:t>
            </w:r>
          </w:p>
          <w:p w14:paraId="0235C242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Lemon tahini, garlic tzatziki, cotija cheese, pico de gallo, pickled onion, field greens, black olives, cucumbers, fried chickpeas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Choose protein: </w:t>
            </w:r>
            <w:r>
              <w:rPr>
                <w:rFonts w:ascii="Arial" w:hAnsi="Arial"/>
                <w:sz w:val="19"/>
              </w:rPr>
              <w:t>Chicken or roasted vegetables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Base: </w:t>
            </w:r>
            <w:r>
              <w:rPr>
                <w:rFonts w:ascii="Arial" w:hAnsi="Arial"/>
                <w:sz w:val="19"/>
              </w:rPr>
              <w:t>Quinoa or white rice</w:t>
            </w:r>
            <w:r>
              <w:rPr>
                <w:rFonts w:ascii="Arial" w:hAnsi="Arial"/>
                <w:sz w:val="19"/>
              </w:rPr>
              <w:br/>
            </w:r>
          </w:p>
        </w:tc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6A05C3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TEX MEX BOWL</w:t>
            </w:r>
          </w:p>
          <w:p w14:paraId="756BF4FD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Black bean, shredded cheese, pico de gallo, pickled onion, shredded lettuce, jalapenos, olives, roasted salsa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Choose protein: </w:t>
            </w:r>
            <w:r>
              <w:rPr>
                <w:rFonts w:ascii="Arial" w:hAnsi="Arial"/>
                <w:sz w:val="19"/>
              </w:rPr>
              <w:t>Shredded chicken, ground beef, or roasted vegetables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Base: </w:t>
            </w:r>
            <w:r>
              <w:rPr>
                <w:rFonts w:ascii="Arial" w:hAnsi="Arial"/>
                <w:sz w:val="19"/>
              </w:rPr>
              <w:t>Yellow Mexican rice or mixed greens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Sauce: </w:t>
            </w:r>
            <w:r>
              <w:rPr>
                <w:rFonts w:ascii="Arial" w:hAnsi="Arial"/>
                <w:sz w:val="19"/>
              </w:rPr>
              <w:t>Mexican mole, creamy white, or verde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sz w:val="19"/>
              </w:rPr>
              <w:t xml:space="preserve">Topping: </w:t>
            </w:r>
            <w:r>
              <w:rPr>
                <w:rFonts w:ascii="Arial" w:hAnsi="Arial"/>
                <w:sz w:val="19"/>
              </w:rPr>
              <w:t>Spicy crema or citrus crema</w:t>
            </w:r>
            <w:r>
              <w:rPr>
                <w:rFonts w:ascii="Arial" w:hAnsi="Arial"/>
                <w:sz w:val="19"/>
              </w:rPr>
              <w:br/>
            </w:r>
          </w:p>
        </w:tc>
      </w:tr>
      <w:tr w:rsidR="00FB3B63" w14:paraId="7CAAF7EB" w14:textId="77777777">
        <w:trPr>
          <w:jc w:val="center"/>
        </w:trPr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6FCB87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HOT BREAKFAST BOWL</w:t>
            </w:r>
          </w:p>
          <w:p w14:paraId="73DFF945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Scrambled eggs*, shredded cheese, home fried potatoes, refried pinto beans, pico de gallo, hot sauce, sour cream, sliced green onion, sliced avocado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i/>
                <w:color w:val="646464"/>
                <w:sz w:val="18"/>
              </w:rPr>
              <w:t>*Tofu scramble available | Add bacon +$2pp</w:t>
            </w:r>
          </w:p>
        </w:tc>
        <w:tc>
          <w:tcPr>
            <w:tcW w:w="5184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6AB663" w14:textId="77777777" w:rsidR="00FB3B63" w:rsidRDefault="000B7562">
            <w:pPr>
              <w:spacing w:before="40" w:after="80"/>
            </w:pPr>
            <w:r>
              <w:rPr>
                <w:rFonts w:ascii="Arial" w:hAnsi="Arial"/>
                <w:b/>
                <w:color w:val="000000"/>
                <w:sz w:val="24"/>
              </w:rPr>
              <w:t>COLD BREAKFAST BOWL</w:t>
            </w:r>
          </w:p>
          <w:p w14:paraId="02E3EA95" w14:textId="77777777" w:rsidR="00FB3B63" w:rsidRDefault="000B7562">
            <w:pPr>
              <w:spacing w:after="60"/>
            </w:pPr>
            <w:r>
              <w:rPr>
                <w:rFonts w:ascii="Arial" w:hAnsi="Arial"/>
                <w:b/>
                <w:sz w:val="19"/>
              </w:rPr>
              <w:t xml:space="preserve">Includes: </w:t>
            </w:r>
            <w:r>
              <w:rPr>
                <w:rFonts w:ascii="Arial" w:hAnsi="Arial"/>
                <w:sz w:val="19"/>
              </w:rPr>
              <w:t>Granola, vanilla yogurt, seasonal fresh fruits, sweet honey glaze, dark chocolate nibs</w:t>
            </w:r>
            <w:r>
              <w:rPr>
                <w:rFonts w:ascii="Arial" w:hAnsi="Arial"/>
                <w:sz w:val="19"/>
              </w:rPr>
              <w:br/>
            </w:r>
          </w:p>
        </w:tc>
      </w:tr>
    </w:tbl>
    <w:p w14:paraId="45F5EF81" w14:textId="77777777" w:rsidR="00FB3B63" w:rsidRDefault="00FB3B63">
      <w:pPr>
        <w:spacing w:before="160" w:after="80"/>
      </w:pPr>
    </w:p>
    <w:p w14:paraId="06F1FF75" w14:textId="77777777" w:rsidR="00FB3B63" w:rsidRDefault="000B7562">
      <w:pPr>
        <w:spacing w:before="120" w:after="80"/>
        <w:jc w:val="center"/>
      </w:pPr>
      <w:r>
        <w:rPr>
          <w:rFonts w:ascii="Arial" w:hAnsi="Arial"/>
          <w:b/>
          <w:sz w:val="26"/>
        </w:rPr>
        <w:t>ADD ONS — PRICED PER PERSON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FB3B63" w14:paraId="6503E186" w14:textId="77777777">
        <w:trPr>
          <w:jc w:val="center"/>
        </w:trPr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E1EBF2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Grilled Steak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255E7B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$5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A67E07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Guacamole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43DE195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$3</w:t>
            </w:r>
          </w:p>
        </w:tc>
      </w:tr>
      <w:tr w:rsidR="00FB3B63" w14:paraId="4CC5AE63" w14:textId="77777777">
        <w:trPr>
          <w:jc w:val="center"/>
        </w:trPr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EFCE0F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Grilled Chicken Breast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1035E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$3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AB18E6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Queso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E6EAAD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$2</w:t>
            </w:r>
          </w:p>
        </w:tc>
      </w:tr>
      <w:tr w:rsidR="00FB3B63" w14:paraId="034243C9" w14:textId="77777777">
        <w:trPr>
          <w:jc w:val="center"/>
        </w:trPr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BFE700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Fried Shrimp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0DDF71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$5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41AFDD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Hummus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04ABDE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$2</w:t>
            </w:r>
          </w:p>
        </w:tc>
      </w:tr>
      <w:tr w:rsidR="00FB3B63" w14:paraId="0ECB9E4E" w14:textId="77777777">
        <w:trPr>
          <w:jc w:val="center"/>
        </w:trPr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2F2B39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Citrus Marinated Tofu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99DBD6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$4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937F14" w14:textId="77777777" w:rsidR="00FB3B63" w:rsidRDefault="000B7562">
            <w:pPr>
              <w:spacing w:before="40" w:after="40"/>
            </w:pPr>
            <w:r>
              <w:rPr>
                <w:rFonts w:ascii="Arial" w:hAnsi="Arial"/>
                <w:sz w:val="20"/>
              </w:rPr>
              <w:t>• Fried Chickpeas</w:t>
            </w:r>
          </w:p>
        </w:tc>
        <w:tc>
          <w:tcPr>
            <w:tcW w:w="2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7EF00B" w14:textId="77777777" w:rsidR="00FB3B63" w:rsidRDefault="000B7562" w:rsidP="00784313">
            <w:pPr>
              <w:spacing w:before="40" w:after="40"/>
              <w:jc w:val="center"/>
            </w:pPr>
            <w:r>
              <w:rPr>
                <w:rFonts w:ascii="Arial" w:hAnsi="Arial"/>
                <w:b/>
                <w:sz w:val="20"/>
              </w:rPr>
              <w:t>$3</w:t>
            </w:r>
          </w:p>
        </w:tc>
      </w:tr>
    </w:tbl>
    <w:p w14:paraId="3484D4AD" w14:textId="77777777" w:rsidR="00FB3B63" w:rsidRDefault="000B7562">
      <w:pPr>
        <w:spacing w:before="320" w:after="40"/>
        <w:jc w:val="center"/>
      </w:pPr>
      <w:r>
        <w:rPr>
          <w:rFonts w:ascii="Arial" w:hAnsi="Arial"/>
          <w:i/>
          <w:color w:val="505050"/>
          <w:sz w:val="20"/>
        </w:rPr>
        <w:t>All orders are served buffet style and guests will prepare their own dish.</w:t>
      </w:r>
      <w:r>
        <w:rPr>
          <w:rFonts w:ascii="Arial" w:hAnsi="Arial"/>
          <w:i/>
          <w:color w:val="505050"/>
          <w:sz w:val="20"/>
        </w:rPr>
        <w:br/>
      </w:r>
      <w:r>
        <w:rPr>
          <w:rFonts w:ascii="Arial" w:hAnsi="Arial"/>
          <w:b/>
          <w:color w:val="000000"/>
          <w:sz w:val="20"/>
        </w:rPr>
        <w:t>302 N. Goodman St, Rochester, NY 14607</w:t>
      </w:r>
    </w:p>
    <w:sectPr w:rsidR="00FB3B63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0534639">
    <w:abstractNumId w:val="8"/>
  </w:num>
  <w:num w:numId="2" w16cid:durableId="196965039">
    <w:abstractNumId w:val="6"/>
  </w:num>
  <w:num w:numId="3" w16cid:durableId="623078636">
    <w:abstractNumId w:val="5"/>
  </w:num>
  <w:num w:numId="4" w16cid:durableId="936058987">
    <w:abstractNumId w:val="4"/>
  </w:num>
  <w:num w:numId="5" w16cid:durableId="527914435">
    <w:abstractNumId w:val="7"/>
  </w:num>
  <w:num w:numId="6" w16cid:durableId="287665411">
    <w:abstractNumId w:val="3"/>
  </w:num>
  <w:num w:numId="7" w16cid:durableId="2092508321">
    <w:abstractNumId w:val="2"/>
  </w:num>
  <w:num w:numId="8" w16cid:durableId="1152989569">
    <w:abstractNumId w:val="1"/>
  </w:num>
  <w:num w:numId="9" w16cid:durableId="31190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562"/>
    <w:rsid w:val="0015074B"/>
    <w:rsid w:val="0029639D"/>
    <w:rsid w:val="00326F90"/>
    <w:rsid w:val="00784313"/>
    <w:rsid w:val="00AA1D8D"/>
    <w:rsid w:val="00B47730"/>
    <w:rsid w:val="00CB0664"/>
    <w:rsid w:val="00DE1900"/>
    <w:rsid w:val="00FB3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9493F5"/>
  <w14:defaultImageDpi w14:val="300"/>
  <w15:docId w15:val="{1446AB27-A83B-4C52-AABA-E82F4FD9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Kelly Metras</cp:lastModifiedBy>
  <cp:revision>2</cp:revision>
  <dcterms:created xsi:type="dcterms:W3CDTF">2026-10-17T18:42:00Z</dcterms:created>
  <dcterms:modified xsi:type="dcterms:W3CDTF">2026-10-17T18:42:00Z</dcterms:modified>
  <cp:category/>
</cp:coreProperties>
</file>